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B1D34"/>
                <w:sz w:val="48"/>
              </w:rPr>
              <w:t>YOUR FULL NAME</w:t>
            </w:r>
            <w:r>
              <w:rPr>
                <w:color w:val="0B1D34"/>
              </w:rPr>
              <w:br/>
            </w:r>
            <w:r>
              <w:rPr>
                <w:rFonts w:ascii="Calibri" w:hAnsi="Calibri"/>
                <w:b w:val="0"/>
                <w:color w:val="C89D3C"/>
                <w:sz w:val="22"/>
              </w:rPr>
              <w:t>Professional title or headline</w:t>
            </w:r>
            <w:r>
              <w:rPr>
                <w:color w:val="0B1D34"/>
              </w:rPr>
              <w:br/>
            </w:r>
            <w:r>
              <w:rPr>
                <w:rFonts w:ascii="Calibri" w:hAnsi="Calibri"/>
                <w:b w:val="0"/>
                <w:color w:val="C89D3C"/>
                <w:sz w:val="18"/>
              </w:rPr>
              <w:t>Phone number  ·  Email address  ·  LinkedIn / Portfolio</w:t>
            </w:r>
          </w:p>
        </w:tc>
      </w:tr>
    </w:tbl>
    <w:p>
      <w:pPr>
        <w:spacing w:after="160"/>
        <w:jc w:val="center"/>
      </w:pPr>
      <w:r>
        <w:rPr>
          <w:rFonts w:ascii="Calibri" w:hAnsi="Calibri"/>
          <w:b/>
          <w:color w:val="C89D3C"/>
          <w:sz w:val="20"/>
        </w:rPr>
        <w:t>Curriculum Vitae</w:t>
      </w: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Professional Profile</w:t>
      </w:r>
    </w:p>
    <w:p>
      <w:pPr>
        <w:spacing w:after="120"/>
      </w:pPr>
      <w:r>
        <w:rPr>
          <w:color w:val="667085"/>
        </w:rPr>
        <w:t>Write a concise 3–5 line summary of your experience, strengths, sectors and the type of role you are seeking.</w:t>
      </w: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112"/>
          </w:tcPr>
          <w:p>
            <w:r>
              <w:rPr>
                <w:rFonts w:ascii="Calibri" w:hAnsi="Calibri"/>
                <w:b/>
                <w:color w:val="0B1D34"/>
                <w:sz w:val="21"/>
              </w:rPr>
              <w:t>Job title</w:t>
            </w:r>
            <w:r>
              <w:br/>
            </w:r>
            <w:r>
              <w:rPr>
                <w:rFonts w:ascii="Calibri" w:hAnsi="Calibri"/>
                <w:b w:val="0"/>
                <w:color w:val="667085"/>
                <w:sz w:val="20"/>
              </w:rPr>
              <w:t>Company name, location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rFonts w:ascii="Calibri" w:hAnsi="Calibri"/>
                <w:b w:val="0"/>
                <w:color w:val="667085"/>
                <w:sz w:val="18"/>
              </w:rPr>
              <w:t>Month Year – Present</w:t>
            </w:r>
          </w:p>
        </w:tc>
      </w:tr>
    </w:tbl>
    <w:p>
      <w:pPr>
        <w:spacing w:after="120"/>
        <w:ind w:left="259"/>
      </w:pPr>
      <w:r>
        <w:rPr>
          <w:rFonts w:ascii="Calibri" w:hAnsi="Calibri"/>
          <w:b w:val="0"/>
          <w:color w:val="667085"/>
          <w:sz w:val="19"/>
        </w:rPr>
        <w:t>Add 4–6 achievement-led bullet points describing your responsibilities and results.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112"/>
          </w:tcPr>
          <w:p>
            <w:r>
              <w:rPr>
                <w:rFonts w:ascii="Calibri" w:hAnsi="Calibri"/>
                <w:b/>
                <w:color w:val="0B1D34"/>
                <w:sz w:val="21"/>
              </w:rPr>
              <w:t>Previous job title</w:t>
            </w:r>
            <w:r>
              <w:br/>
            </w:r>
            <w:r>
              <w:rPr>
                <w:rFonts w:ascii="Calibri" w:hAnsi="Calibri"/>
                <w:b w:val="0"/>
                <w:color w:val="667085"/>
                <w:sz w:val="20"/>
              </w:rPr>
              <w:t>Previous company, location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rFonts w:ascii="Calibri" w:hAnsi="Calibri"/>
                <w:b w:val="0"/>
                <w:color w:val="667085"/>
                <w:sz w:val="18"/>
              </w:rPr>
              <w:t>Month Year – Month Year</w:t>
            </w:r>
          </w:p>
        </w:tc>
      </w:tr>
    </w:tbl>
    <w:p>
      <w:pPr>
        <w:spacing w:after="120"/>
        <w:ind w:left="259"/>
      </w:pPr>
      <w:r>
        <w:rPr>
          <w:rFonts w:ascii="Calibri" w:hAnsi="Calibri"/>
          <w:b w:val="0"/>
          <w:color w:val="667085"/>
          <w:sz w:val="19"/>
        </w:rPr>
        <w:t>Add 3–5 concise bullet points focused on skills, results and relevant experience.</w:t>
      </w:r>
    </w:p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112"/>
          </w:tcPr>
          <w:p>
            <w:r>
              <w:rPr>
                <w:rFonts w:ascii="Calibri" w:hAnsi="Calibri"/>
                <w:b/>
                <w:color w:val="0B1D34"/>
                <w:sz w:val="21"/>
              </w:rPr>
              <w:t>Earlier job title</w:t>
            </w:r>
            <w:r>
              <w:br/>
            </w:r>
            <w:r>
              <w:rPr>
                <w:rFonts w:ascii="Calibri" w:hAnsi="Calibri"/>
                <w:b w:val="0"/>
                <w:color w:val="667085"/>
                <w:sz w:val="20"/>
              </w:rPr>
              <w:t>Earlier company, location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rFonts w:ascii="Calibri" w:hAnsi="Calibri"/>
                <w:b w:val="0"/>
                <w:color w:val="667085"/>
                <w:sz w:val="18"/>
              </w:rPr>
              <w:t>Month Year – Month Year</w:t>
            </w:r>
          </w:p>
        </w:tc>
      </w:tr>
    </w:tbl>
    <w:p>
      <w:pPr>
        <w:spacing w:after="120"/>
        <w:ind w:left="259"/>
      </w:pPr>
      <w:r>
        <w:rPr>
          <w:rFonts w:ascii="Calibri" w:hAnsi="Calibri"/>
          <w:b w:val="0"/>
          <w:color w:val="667085"/>
          <w:sz w:val="19"/>
        </w:rPr>
        <w:t>Add relevant responsibilities or achievements.</w:t>
      </w:r>
    </w:p>
    <w:p>
      <w:pPr>
        <w:spacing w:after="20"/>
      </w:pP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Education and Qualifications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112"/>
          </w:tcPr>
          <w:p>
            <w:r>
              <w:rPr>
                <w:rFonts w:ascii="Calibri" w:hAnsi="Calibri"/>
                <w:b/>
                <w:color w:val="0B1D34"/>
                <w:sz w:val="21"/>
              </w:rPr>
              <w:t>Qualification or course</w:t>
            </w:r>
            <w:r>
              <w:br/>
            </w:r>
            <w:r>
              <w:rPr>
                <w:rFonts w:ascii="Calibri" w:hAnsi="Calibri"/>
                <w:b w:val="0"/>
                <w:color w:val="667085"/>
                <w:sz w:val="20"/>
              </w:rPr>
              <w:t>Institution, location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rFonts w:ascii="Calibri" w:hAnsi="Calibri"/>
                <w:b w:val="0"/>
                <w:color w:val="667085"/>
                <w:sz w:val="18"/>
              </w:rPr>
              <w:t>Year – Year</w:t>
            </w:r>
          </w:p>
        </w:tc>
      </w:tr>
    </w:tbl>
    <w:p>
      <w:pPr>
        <w:spacing w:after="120"/>
        <w:ind w:left="259"/>
      </w:pPr>
      <w:r>
        <w:rPr>
          <w:rFonts w:ascii="Calibri" w:hAnsi="Calibri"/>
          <w:b w:val="0"/>
          <w:color w:val="667085"/>
          <w:sz w:val="19"/>
        </w:rPr>
        <w:t>Add qualification details, grades or relevant achievements.</w:t>
      </w:r>
    </w:p>
    <w:p>
      <w:pPr>
        <w:spacing w:after="20"/>
      </w:pP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Key Skills</w:t>
      </w:r>
    </w:p>
    <w:p>
      <w:r>
        <w:rPr>
          <w:color w:val="667085"/>
        </w:rPr>
        <w:t>List relevant technical, professional and personal skills. Use clear terms that employers and recruitment systems can search.</w:t>
      </w: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Additional Information</w:t>
      </w:r>
    </w:p>
    <w:p>
      <w:r>
        <w:rPr>
          <w:color w:val="667085"/>
        </w:rPr>
        <w:t>Add certifications, memberships, languages, driving licence, volunteering or other relevant information.</w:t>
      </w:r>
    </w:p>
    <w:p>
      <w:pPr>
        <w:keepNext/>
        <w:spacing w:before="280" w:after="80"/>
      </w:pPr>
      <w:r>
        <w:rPr>
          <w:rFonts w:ascii="Calibri" w:hAnsi="Calibri"/>
          <w:b/>
          <w:color w:val="0B1D34"/>
          <w:sz w:val="24"/>
        </w:rPr>
        <w:t>References</w:t>
      </w:r>
    </w:p>
    <w:p>
      <w:r>
        <w:rPr>
          <w:color w:val="667085"/>
        </w:rPr>
        <w:t>Available on request</w:t>
      </w:r>
    </w:p>
    <w:sectPr w:rsidR="00FC693F" w:rsidRPr="0006063C" w:rsidSect="00034616">
      <w:footerReference w:type="default" r:id="rId9"/>
      <w:pgSz w:w="12240" w:h="15840"/>
      <w:pgMar w:top="749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